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4CB" w:rsidRDefault="009F64CB">
      <w:pPr>
        <w:jc w:val="center"/>
        <w:rPr>
          <w:b/>
          <w:sz w:val="30"/>
        </w:rPr>
      </w:pPr>
      <w:r w:rsidRPr="009F64CB">
        <w:rPr>
          <w:b/>
          <w:sz w:val="30"/>
        </w:rPr>
        <w:t xml:space="preserve">CARDICRUZ </w:t>
      </w:r>
    </w:p>
    <w:p w:rsidR="00A44B66" w:rsidRPr="00747CF3" w:rsidRDefault="00747CF3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(</w:t>
      </w:r>
      <w:r w:rsidRPr="00747CF3">
        <w:rPr>
          <w:b/>
          <w:sz w:val="24"/>
          <w:szCs w:val="24"/>
        </w:rPr>
        <w:t xml:space="preserve">A Division of </w:t>
      </w:r>
      <w:r w:rsidR="00091D5E" w:rsidRPr="00747CF3">
        <w:rPr>
          <w:b/>
          <w:sz w:val="24"/>
          <w:szCs w:val="24"/>
        </w:rPr>
        <w:t>IN</w:t>
      </w:r>
      <w:r w:rsidR="00270B34" w:rsidRPr="00747CF3">
        <w:rPr>
          <w:b/>
          <w:sz w:val="24"/>
          <w:szCs w:val="24"/>
        </w:rPr>
        <w:t>NOVATIVE LIFESCIENCES PVT LTD.</w:t>
      </w:r>
      <w:r>
        <w:rPr>
          <w:b/>
          <w:sz w:val="24"/>
          <w:szCs w:val="24"/>
        </w:rPr>
        <w:t>)</w:t>
      </w:r>
    </w:p>
    <w:p w:rsidR="00A44B66" w:rsidRDefault="00803A11">
      <w:pPr>
        <w:jc w:val="center"/>
      </w:pPr>
      <w:r>
        <w:rPr>
          <w:b/>
          <w:sz w:val="24"/>
        </w:rPr>
        <w:t>ADVERSE DRUG REACTION (ADR) REPORTING FORM</w:t>
      </w:r>
    </w:p>
    <w:p w:rsidR="00A44B66" w:rsidRDefault="00803A11">
      <w:pPr>
        <w:jc w:val="center"/>
      </w:pPr>
      <w:r>
        <w:t>Printable / Postal Reporting Form — Please tick (☐) the appropriate boxes and provide as much information as possible.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1. TYPE OF REPORT / EVENT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93"/>
        <w:gridCol w:w="5397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☐ Adverse Event / Side Effect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☐ Pregnancy / Lactation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☐ Overdose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☐ Lack of Efficacy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☐ Product Complaint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☐ Other: ______________________________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2. PATIENT INFORMATION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95"/>
        <w:gridCol w:w="5395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Patient Name / Initials: 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Gender / Sex: ☐ Male  ☐ Female  ☐ Other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Age: _____</w:t>
            </w:r>
            <w:r w:rsidR="00D27528">
              <w:t xml:space="preserve">_____________ 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Age Group: ☐ Newborn  ☐ Infant  ☐ Child  ☐ Adolescent  ☐ Adult  ☐ Elderly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Patient ID / Hospital / OPD No. (if available): 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Weight (kg): 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Height (cm): 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Date of Birth: 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Pregnant: ☐ Yes  ☐ No  ☐ Unknown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Lactating: ☐ Yes  ☐ No  ☐ Unknown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3. DETAILS OF ADVERSE EVENT / REACTION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Date event/reaction started: _________________________________________________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Date event/reaction stopped (if applicable): _________________________________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Describe the event / symptoms / signs / diagnosis: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br/>
            </w:r>
            <w:r>
              <w:br/>
            </w:r>
            <w:r>
              <w:br/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Current status / outcome: ☐ Complete Recovery   ☐ Ongoing   ☐ Recovering   ☐ Unknown   ☐ Died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4. SUSPECTED DRUG / PRODUCT DETAILS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95"/>
        <w:gridCol w:w="5395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Name of Drug / Product: 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Brand Name: 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Indication / Reason for Use: 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Dosage / Unit / Frequency: 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Route of Administration: 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Treatment Start Date: 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Treatment End Date: 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Lot / Batch No.: 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Expiry Date: 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Manufacturer (if known): 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Was the drug stopped? ☐ Yes  ☐ No  ☐ Unknown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Did the event improve after stopping? ☐ Yes  ☐ No  ☐ Unknown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Was the drug restarted/rechallenged? ☐ Yes  ☐ No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If yes, what happened? 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Product photo / batch details attached: ☐ Yes  ☐ No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Any other relevant product information: 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5. CONCOMITANT MEDICINES / OTHER PRODUCTS</w:t>
            </w:r>
          </w:p>
        </w:tc>
      </w:tr>
    </w:tbl>
    <w:p w:rsidR="00A44B66" w:rsidRDefault="00803A11">
      <w:r>
        <w:t>Please include other prescription/OTC medicines, supplements, herbal products, etc.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98"/>
        <w:gridCol w:w="1799"/>
        <w:gridCol w:w="1798"/>
        <w:gridCol w:w="1799"/>
        <w:gridCol w:w="1798"/>
        <w:gridCol w:w="1798"/>
      </w:tblGrid>
      <w:tr w:rsidR="00A44B66">
        <w:trPr>
          <w:jc w:val="center"/>
        </w:trPr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S. No.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Medicine / Product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Dose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Frequency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Route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Start / Stop Dates</w:t>
            </w:r>
          </w:p>
        </w:tc>
      </w:tr>
      <w:tr w:rsidR="00A44B66">
        <w:trPr>
          <w:jc w:val="center"/>
        </w:trPr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</w:tr>
      <w:tr w:rsidR="00A44B66">
        <w:trPr>
          <w:jc w:val="center"/>
        </w:trPr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</w:tr>
      <w:tr w:rsidR="00A44B66">
        <w:trPr>
          <w:jc w:val="center"/>
        </w:trPr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6. RELEVANT MEDICAL HISTORY / INVESTIGATIONS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Known diseases / allergies / previous similar reactions / pregnancy / other relevant history: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br/>
            </w:r>
            <w:r>
              <w:br/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Relevant laboratory / diagnostic investigations and results:</w:t>
            </w:r>
            <w:r>
              <w:br/>
            </w:r>
            <w:r>
              <w:br/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lastRenderedPageBreak/>
              <w:t>7. REPORTER INFORMATION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95"/>
        <w:gridCol w:w="5395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First Name: 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Last Name: 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Address: 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City: _______________________________________________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State: ______________________________________________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PIN / ZIP: ___________________________________________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Country: _____________________________________________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Mobile: ______________________________________________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Email: _______________________________________________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Relationship with patient: 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Are you also the patient?  ☐ Yes  ☐ No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Reporter signature: 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Date of reporting: 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Preferred contact method: ☐ Mobile  ☐ Email  ☐ Post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A44B66"/>
        </w:tc>
        <w:tc>
          <w:tcPr>
            <w:tcW w:w="5400" w:type="dxa"/>
            <w:vAlign w:val="center"/>
          </w:tcPr>
          <w:p w:rsidR="00A44B66" w:rsidRDefault="00A44B66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8. DECLARATION / CONSENT</w:t>
            </w:r>
          </w:p>
        </w:tc>
      </w:tr>
    </w:tbl>
    <w:p w:rsidR="00A44B66" w:rsidRDefault="00803A11">
      <w:r>
        <w:t>I confirm that the information provided in this form is accurate to the best of my knowledge. I understand that the information may be used for pharmacovigilance and drug-safety assessment. Patient and reporter information will be handled confidentially.</w:t>
      </w:r>
    </w:p>
    <w:p w:rsidR="00A44B66" w:rsidRDefault="00803A11">
      <w:r>
        <w:t>Consent to be contacted for additional information:  ☐ Yes  ☐ No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 w:rsidP="00091D5E">
            <w:r>
              <w:rPr>
                <w:b/>
                <w:sz w:val="20"/>
              </w:rPr>
              <w:t xml:space="preserve">9. SUBMISSION TO </w:t>
            </w:r>
            <w:r w:rsidR="001C3010" w:rsidRPr="001C3010">
              <w:rPr>
                <w:b/>
                <w:sz w:val="20"/>
                <w:szCs w:val="20"/>
              </w:rPr>
              <w:t>INNOVATIVE LIFESCIENCES</w:t>
            </w:r>
          </w:p>
        </w:tc>
      </w:tr>
    </w:tbl>
    <w:p w:rsidR="00A44B66" w:rsidRDefault="00803A11">
      <w:r>
        <w:rPr>
          <w:b/>
        </w:rPr>
        <w:t>Please send the completed and signed form by post or email:</w:t>
      </w:r>
    </w:p>
    <w:p w:rsidR="00A44B66" w:rsidRDefault="006E4514">
      <w:r>
        <w:t>In</w:t>
      </w:r>
      <w:r w:rsidR="00DC6625">
        <w:t>novative</w:t>
      </w:r>
      <w:r w:rsidR="00803A11">
        <w:t xml:space="preserve"> </w:t>
      </w:r>
      <w:proofErr w:type="spellStart"/>
      <w:r w:rsidR="00DC6625">
        <w:t>Lifesciences</w:t>
      </w:r>
      <w:proofErr w:type="spellEnd"/>
      <w:r w:rsidR="00803A11">
        <w:t xml:space="preserve"> Pvt. Ltd</w:t>
      </w:r>
      <w:proofErr w:type="gramStart"/>
      <w:r w:rsidR="00803A11">
        <w:t>.</w:t>
      </w:r>
      <w:proofErr w:type="gramEnd"/>
      <w:r w:rsidR="00803A11">
        <w:br/>
        <w:t>Pharmacovigilance / ADR Coordinator</w:t>
      </w:r>
      <w:r w:rsidR="00803A11">
        <w:br/>
        <w:t xml:space="preserve">Email: </w:t>
      </w:r>
      <w:r w:rsidR="00DC6625" w:rsidRPr="00DC6625">
        <w:t>innovativegroupcompanies@gmail.com</w:t>
      </w:r>
      <w:r w:rsidR="00803A11">
        <w:br/>
        <w:t>Postal Address: ________________________________________________</w:t>
      </w:r>
      <w:r w:rsidR="00803A11">
        <w:br/>
        <w:t>_______________________________________________________________</w:t>
      </w:r>
    </w:p>
    <w:p w:rsidR="00A44B66" w:rsidRDefault="00803A11">
      <w:r>
        <w:t>You may attach a copy/photo of the product pack, batch number, prescription, laboratory report or other relevant documents, if available.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 w:rsidP="00091D5E">
            <w:r>
              <w:rPr>
                <w:b/>
                <w:sz w:val="20"/>
              </w:rPr>
              <w:t xml:space="preserve">FOR </w:t>
            </w:r>
            <w:r w:rsidR="00F11947" w:rsidRPr="001C3010">
              <w:rPr>
                <w:b/>
                <w:sz w:val="20"/>
                <w:szCs w:val="20"/>
              </w:rPr>
              <w:t>INNOVATIVE LIFESCIENCES</w:t>
            </w:r>
            <w:r>
              <w:rPr>
                <w:b/>
                <w:sz w:val="20"/>
              </w:rPr>
              <w:t xml:space="preserve"> – OFFICE USE ONLY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98"/>
        <w:gridCol w:w="2698"/>
        <w:gridCol w:w="2697"/>
        <w:gridCol w:w="2697"/>
      </w:tblGrid>
      <w:tr w:rsidR="00A44B66">
        <w:trPr>
          <w:jc w:val="center"/>
        </w:trPr>
        <w:tc>
          <w:tcPr>
            <w:tcW w:w="2700" w:type="dxa"/>
            <w:vAlign w:val="center"/>
          </w:tcPr>
          <w:p w:rsidR="00A44B66" w:rsidRDefault="00803A11">
            <w:r>
              <w:t>Case ID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Date Received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Received By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Source</w:t>
            </w:r>
          </w:p>
        </w:tc>
      </w:tr>
      <w:tr w:rsidR="00A44B66">
        <w:trPr>
          <w:jc w:val="center"/>
        </w:trPr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</w:tr>
      <w:tr w:rsidR="00A44B66">
        <w:trPr>
          <w:jc w:val="center"/>
        </w:trPr>
        <w:tc>
          <w:tcPr>
            <w:tcW w:w="2700" w:type="dxa"/>
            <w:vAlign w:val="center"/>
          </w:tcPr>
          <w:p w:rsidR="00A44B66" w:rsidRDefault="00803A11">
            <w:r>
              <w:t>Initial Assessment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Seriousness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Follow-up Required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Closed Date</w:t>
            </w:r>
          </w:p>
        </w:tc>
      </w:tr>
    </w:tbl>
    <w:p w:rsidR="00803A11" w:rsidRDefault="00803A11"/>
    <w:sectPr w:rsidR="00803A1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FA6" w:rsidRDefault="00BB3FA6">
      <w:pPr>
        <w:spacing w:after="0" w:line="240" w:lineRule="auto"/>
      </w:pPr>
      <w:r>
        <w:separator/>
      </w:r>
    </w:p>
  </w:endnote>
  <w:endnote w:type="continuationSeparator" w:id="0">
    <w:p w:rsidR="00BB3FA6" w:rsidRDefault="00BB3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B66" w:rsidRDefault="00F11947">
    <w:pPr>
      <w:pStyle w:val="Footer"/>
      <w:jc w:val="center"/>
    </w:pPr>
    <w:r>
      <w:t>Innovative Lifesciences</w:t>
    </w:r>
    <w:r w:rsidR="00803A11">
      <w:rPr>
        <w:sz w:val="16"/>
      </w:rPr>
      <w:t xml:space="preserve"> Pvt. Ltd. | ADR Reporting Form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FA6" w:rsidRDefault="00BB3FA6">
      <w:pPr>
        <w:spacing w:after="0" w:line="240" w:lineRule="auto"/>
      </w:pPr>
      <w:r>
        <w:separator/>
      </w:r>
    </w:p>
  </w:footnote>
  <w:footnote w:type="continuationSeparator" w:id="0">
    <w:p w:rsidR="00BB3FA6" w:rsidRDefault="00BB3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1D5E"/>
    <w:rsid w:val="0015074B"/>
    <w:rsid w:val="001C3010"/>
    <w:rsid w:val="00227A79"/>
    <w:rsid w:val="00270B34"/>
    <w:rsid w:val="0029639D"/>
    <w:rsid w:val="00326F90"/>
    <w:rsid w:val="00381509"/>
    <w:rsid w:val="00654B45"/>
    <w:rsid w:val="006E4514"/>
    <w:rsid w:val="00747CF3"/>
    <w:rsid w:val="00795308"/>
    <w:rsid w:val="00803A11"/>
    <w:rsid w:val="009F64CB"/>
    <w:rsid w:val="00A44B66"/>
    <w:rsid w:val="00AA1D8D"/>
    <w:rsid w:val="00B47730"/>
    <w:rsid w:val="00BB3FA6"/>
    <w:rsid w:val="00CB0664"/>
    <w:rsid w:val="00D27528"/>
    <w:rsid w:val="00DC6625"/>
    <w:rsid w:val="00F119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FEAD770-514F-4574-ACB5-9A8076B0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0DD390-3ABF-4ED0-8D31-1E2538749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4351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4</cp:revision>
  <dcterms:created xsi:type="dcterms:W3CDTF">2026-08-10T05:44:00Z</dcterms:created>
  <dcterms:modified xsi:type="dcterms:W3CDTF">2026-08-10T05:46:00Z</dcterms:modified>
  <cp:category/>
</cp:coreProperties>
</file>